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E568" w14:textId="77777777" w:rsidR="002A465F" w:rsidRPr="00565351" w:rsidRDefault="002A465F" w:rsidP="002A465F">
      <w:pPr>
        <w:pStyle w:val="Ingenafstand"/>
        <w:spacing w:before="1540" w:after="240"/>
        <w:jc w:val="center"/>
        <w:rPr>
          <w:rFonts w:ascii="Cambria" w:hAnsi="Cambria"/>
          <w:color w:val="156082"/>
        </w:rPr>
      </w:pPr>
      <w:r w:rsidRPr="00565351">
        <w:rPr>
          <w:rFonts w:ascii="Cambria" w:hAnsi="Cambria"/>
          <w:noProof/>
          <w:color w:val="156082"/>
        </w:rPr>
        <w:drawing>
          <wp:inline distT="0" distB="0" distL="0" distR="0" wp14:anchorId="40801A20" wp14:editId="0D770C3A">
            <wp:extent cx="1266825" cy="671672"/>
            <wp:effectExtent l="0" t="0" r="0" b="0"/>
            <wp:docPr id="8" name="Billede 144" descr="Et billede, der indeholder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144" descr="Et billede, der indeholder design&#10;&#10;AI-genereret indhold kan være ukorrekt."/>
                    <pic:cNvPicPr/>
                  </pic:nvPicPr>
                  <pic:blipFill>
                    <a:blip r:embed="rId6" cstate="print">
                      <a:duotone>
                        <a:schemeClr val="accent1">
                          <a:shade val="45000"/>
                          <a:satMod val="135000"/>
                        </a:schemeClr>
                        <a:prstClr val="white"/>
                      </a:duotone>
                    </a:blip>
                    <a:stretch>
                      <a:fillRect/>
                    </a:stretch>
                  </pic:blipFill>
                  <pic:spPr>
                    <a:xfrm>
                      <a:off x="0" y="0"/>
                      <a:ext cx="1274076" cy="675517"/>
                    </a:xfrm>
                    <a:prstGeom prst="rect">
                      <a:avLst/>
                    </a:prstGeom>
                    <a:noFill/>
                    <a:ln>
                      <a:noFill/>
                    </a:ln>
                  </pic:spPr>
                </pic:pic>
              </a:graphicData>
            </a:graphic>
          </wp:inline>
        </w:drawing>
      </w:r>
    </w:p>
    <w:sdt>
      <w:sdtPr>
        <w:rPr>
          <w:rFonts w:ascii="Cambria" w:hAnsi="Cambria"/>
          <w:caps/>
          <w:color w:val="4F81BD" w:themeColor="accent1"/>
          <w:sz w:val="48"/>
          <w:szCs w:val="48"/>
        </w:rPr>
        <w:alias w:val="Titel"/>
        <w:tag w:val=""/>
        <w:id w:val="1735040861"/>
        <w:placeholder>
          <w:docPart w:val="4B2751775AF049D984B79603EF3EC894"/>
        </w:placeholder>
        <w:dataBinding w:prefixMappings="xmlns:ns0='http://purl.org/dc/elements/1.1/' xmlns:ns1='http://schemas.openxmlformats.org/package/2006/metadata/core-properties' " w:xpath="/ns1:coreProperties[1]/ns0:title[1]" w:storeItemID="{6C3C8BC8-F283-45AE-878A-BAB7291924A1}"/>
        <w:text/>
      </w:sdtPr>
      <w:sdtEndPr/>
      <w:sdtContent>
        <w:p w14:paraId="0AEFB24F" w14:textId="77777777" w:rsidR="002A465F" w:rsidRPr="006B450D" w:rsidRDefault="002A465F" w:rsidP="002A465F">
          <w:pPr>
            <w:pStyle w:val="Ingenafstand"/>
            <w:pBdr>
              <w:top w:val="single" w:sz="6" w:space="6" w:color="156082"/>
              <w:bottom w:val="single" w:sz="6" w:space="6" w:color="156082"/>
            </w:pBdr>
            <w:spacing w:after="240"/>
            <w:jc w:val="center"/>
            <w:rPr>
              <w:rFonts w:ascii="Cambria" w:hAnsi="Cambria"/>
              <w:caps/>
              <w:color w:val="4F81BD" w:themeColor="accent1"/>
              <w:sz w:val="48"/>
              <w:szCs w:val="48"/>
            </w:rPr>
          </w:pPr>
          <w:r w:rsidRPr="006B450D">
            <w:rPr>
              <w:rFonts w:ascii="Cambria" w:hAnsi="Cambria"/>
              <w:caps/>
              <w:color w:val="4F81BD" w:themeColor="accent1"/>
              <w:sz w:val="48"/>
              <w:szCs w:val="48"/>
            </w:rPr>
            <w:t>Frivilligguiden</w:t>
          </w:r>
        </w:p>
      </w:sdtContent>
    </w:sdt>
    <w:sdt>
      <w:sdtPr>
        <w:rPr>
          <w:rFonts w:ascii="Cambria" w:hAnsi="Cambria"/>
          <w:i/>
          <w:iCs/>
          <w:color w:val="4F81BD" w:themeColor="accent1"/>
          <w:sz w:val="28"/>
          <w:szCs w:val="28"/>
        </w:rPr>
        <w:alias w:val="Undertitel"/>
        <w:tag w:val=""/>
        <w:id w:val="328029620"/>
        <w:placeholder>
          <w:docPart w:val="D9C0463446974B35858A36B1D3BF71C5"/>
        </w:placeholder>
        <w:dataBinding w:prefixMappings="xmlns:ns0='http://purl.org/dc/elements/1.1/' xmlns:ns1='http://schemas.openxmlformats.org/package/2006/metadata/core-properties' " w:xpath="/ns1:coreProperties[1]/ns0:subject[1]" w:storeItemID="{6C3C8BC8-F283-45AE-878A-BAB7291924A1}"/>
        <w:text/>
      </w:sdtPr>
      <w:sdtEndPr/>
      <w:sdtContent>
        <w:p w14:paraId="289826EA" w14:textId="6A7EB78D" w:rsidR="002A465F" w:rsidRPr="00565351" w:rsidRDefault="002A465F" w:rsidP="002A465F">
          <w:pPr>
            <w:pStyle w:val="Ingenafstand"/>
            <w:jc w:val="center"/>
            <w:rPr>
              <w:rFonts w:ascii="Cambria" w:hAnsi="Cambria"/>
              <w:color w:val="156082"/>
              <w:sz w:val="28"/>
              <w:szCs w:val="28"/>
            </w:rPr>
          </w:pPr>
          <w:r w:rsidRPr="006B450D">
            <w:rPr>
              <w:rFonts w:ascii="Cambria" w:hAnsi="Cambria"/>
              <w:i/>
              <w:iCs/>
              <w:color w:val="4F81BD" w:themeColor="accent1"/>
              <w:sz w:val="28"/>
              <w:szCs w:val="28"/>
            </w:rPr>
            <w:t xml:space="preserve">Ådalscentret, Rebild </w:t>
          </w:r>
          <w:r>
            <w:rPr>
              <w:rFonts w:ascii="Cambria" w:hAnsi="Cambria"/>
              <w:i/>
              <w:iCs/>
              <w:color w:val="4F81BD" w:themeColor="accent1"/>
              <w:sz w:val="28"/>
              <w:szCs w:val="28"/>
            </w:rPr>
            <w:t>K</w:t>
          </w:r>
          <w:r w:rsidRPr="006B450D">
            <w:rPr>
              <w:rFonts w:ascii="Cambria" w:hAnsi="Cambria"/>
              <w:i/>
              <w:iCs/>
              <w:color w:val="4F81BD" w:themeColor="accent1"/>
              <w:sz w:val="28"/>
              <w:szCs w:val="28"/>
            </w:rPr>
            <w:t>ommune</w:t>
          </w:r>
        </w:p>
      </w:sdtContent>
    </w:sdt>
    <w:p w14:paraId="7019AAE8" w14:textId="77777777" w:rsidR="002A465F" w:rsidRDefault="002A465F" w:rsidP="002A465F">
      <w:pPr>
        <w:pStyle w:val="Ingenafstand"/>
        <w:spacing w:before="480"/>
        <w:jc w:val="center"/>
        <w:rPr>
          <w:rFonts w:ascii="Cambria" w:hAnsi="Cambria"/>
          <w:color w:val="156082"/>
        </w:rPr>
      </w:pPr>
      <w:r w:rsidRPr="00565351">
        <w:rPr>
          <w:rFonts w:ascii="Cambria" w:hAnsi="Cambria"/>
          <w:noProof/>
          <w:color w:val="156082"/>
        </w:rPr>
        <w:drawing>
          <wp:inline distT="0" distB="0" distL="0" distR="0" wp14:anchorId="2B1CD54E" wp14:editId="0C2FC8B6">
            <wp:extent cx="447172" cy="273685"/>
            <wp:effectExtent l="0" t="0" r="0" b="0"/>
            <wp:docPr id="7" name="Billede 147" descr="Et billede, der indeholder symbol, clipart, kreativite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147" descr="Et billede, der indeholder symbol, clipart, kreativitet&#10;&#10;AI-genereret indhold kan være ukorrekt."/>
                    <pic:cNvPicPr/>
                  </pic:nvPicPr>
                  <pic:blipFill>
                    <a:blip r:embed="rId7" cstate="print">
                      <a:duotone>
                        <a:schemeClr val="accent1">
                          <a:shade val="45000"/>
                          <a:satMod val="135000"/>
                        </a:schemeClr>
                        <a:prstClr val="white"/>
                      </a:duotone>
                    </a:blip>
                    <a:stretch>
                      <a:fillRect/>
                    </a:stretch>
                  </pic:blipFill>
                  <pic:spPr>
                    <a:xfrm>
                      <a:off x="0" y="0"/>
                      <a:ext cx="456782" cy="279567"/>
                    </a:xfrm>
                    <a:prstGeom prst="rect">
                      <a:avLst/>
                    </a:prstGeom>
                  </pic:spPr>
                </pic:pic>
              </a:graphicData>
            </a:graphic>
          </wp:inline>
        </w:drawing>
      </w:r>
    </w:p>
    <w:p w14:paraId="23BE868F" w14:textId="77777777" w:rsidR="002A465F" w:rsidRDefault="002A465F" w:rsidP="002A465F">
      <w:pPr>
        <w:pStyle w:val="Ingenafstand"/>
        <w:spacing w:before="480"/>
        <w:jc w:val="center"/>
        <w:rPr>
          <w:rFonts w:ascii="Cambria" w:hAnsi="Cambria"/>
          <w:color w:val="156082"/>
        </w:rPr>
      </w:pPr>
    </w:p>
    <w:p w14:paraId="5F3CF496" w14:textId="77777777" w:rsidR="002A465F" w:rsidRDefault="002A465F" w:rsidP="002A465F">
      <w:pPr>
        <w:jc w:val="center"/>
        <w:rPr>
          <w:b/>
        </w:rPr>
      </w:pPr>
      <w:r>
        <w:rPr>
          <w:b/>
          <w:noProof/>
          <w:lang w:eastAsia="da-DK"/>
        </w:rPr>
        <w:drawing>
          <wp:inline distT="0" distB="0" distL="0" distR="0" wp14:anchorId="2033AA83" wp14:editId="7921267F">
            <wp:extent cx="3895725" cy="2774814"/>
            <wp:effectExtent l="0" t="0" r="0" b="6985"/>
            <wp:docPr id="1551212032" name="Billede 2" descr="Et billede, der indeholder udendørs, sky, træ, by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212032" name="Billede 2" descr="Et billede, der indeholder udendørs, sky, træ, bygning&#10;&#10;AI-genereret indhold kan være ukorrek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41" cy="2781592"/>
                    </a:xfrm>
                    <a:prstGeom prst="rect">
                      <a:avLst/>
                    </a:prstGeom>
                    <a:noFill/>
                    <a:ln>
                      <a:noFill/>
                    </a:ln>
                  </pic:spPr>
                </pic:pic>
              </a:graphicData>
            </a:graphic>
          </wp:inline>
        </w:drawing>
      </w:r>
    </w:p>
    <w:p w14:paraId="285C4AA2" w14:textId="77777777" w:rsidR="00C74677" w:rsidRDefault="00C74677" w:rsidP="00E606E3">
      <w:pPr>
        <w:pStyle w:val="Overskrift1"/>
        <w:spacing w:line="360" w:lineRule="auto"/>
        <w:rPr>
          <w:lang w:val="da-DK"/>
        </w:rPr>
      </w:pPr>
    </w:p>
    <w:p w14:paraId="60CD9924" w14:textId="77777777" w:rsidR="009603FB" w:rsidRPr="009603FB" w:rsidRDefault="009603FB" w:rsidP="009603FB">
      <w:pPr>
        <w:rPr>
          <w:lang w:val="da-DK"/>
        </w:rPr>
      </w:pPr>
    </w:p>
    <w:p w14:paraId="31ED32F1" w14:textId="60AF5300" w:rsidR="006B450D" w:rsidRPr="006B450D" w:rsidRDefault="00D416D0" w:rsidP="00F40F0C">
      <w:pPr>
        <w:pStyle w:val="Overskrift2"/>
        <w:rPr>
          <w:lang w:val="da-DK"/>
        </w:rPr>
      </w:pPr>
      <w:r>
        <w:rPr>
          <w:lang w:val="da-DK"/>
        </w:rPr>
        <w:t>V</w:t>
      </w:r>
      <w:r w:rsidRPr="00FE171A">
        <w:rPr>
          <w:lang w:val="da-DK"/>
        </w:rPr>
        <w:t xml:space="preserve">elkommen til Ådalscenteret i Rebild Kommune! </w:t>
      </w:r>
    </w:p>
    <w:p w14:paraId="2BDC6073" w14:textId="72C17618" w:rsidR="006B450D" w:rsidRPr="006B450D" w:rsidRDefault="006B450D" w:rsidP="00E606E3">
      <w:pPr>
        <w:spacing w:line="360" w:lineRule="auto"/>
        <w:rPr>
          <w:lang w:val="da-DK"/>
        </w:rPr>
      </w:pPr>
      <w:r w:rsidRPr="006B450D">
        <w:rPr>
          <w:lang w:val="da-DK"/>
        </w:rPr>
        <w:t>Som frivillig bliver du en vigtig del af vores fællesskab, og du er med til at skabe glæde, nærvær og meningsfulde stunder i hverdagen for vores beboere.</w:t>
      </w:r>
    </w:p>
    <w:p w14:paraId="406CD5FF" w14:textId="7574B06C" w:rsidR="006B450D" w:rsidRPr="006B450D" w:rsidRDefault="006B450D" w:rsidP="00E606E3">
      <w:pPr>
        <w:spacing w:line="360" w:lineRule="auto"/>
        <w:rPr>
          <w:lang w:val="da-DK"/>
        </w:rPr>
      </w:pPr>
      <w:r w:rsidRPr="006B450D">
        <w:rPr>
          <w:lang w:val="da-DK"/>
        </w:rPr>
        <w:t xml:space="preserve">Hos </w:t>
      </w:r>
      <w:r w:rsidR="00ED1577">
        <w:rPr>
          <w:lang w:val="da-DK"/>
        </w:rPr>
        <w:t xml:space="preserve">Ådalens </w:t>
      </w:r>
      <w:proofErr w:type="spellStart"/>
      <w:r w:rsidR="00ED1577">
        <w:rPr>
          <w:lang w:val="da-DK"/>
        </w:rPr>
        <w:t>Venneforening</w:t>
      </w:r>
      <w:proofErr w:type="spellEnd"/>
      <w:r w:rsidRPr="006B450D">
        <w:rPr>
          <w:lang w:val="da-DK"/>
        </w:rPr>
        <w:t xml:space="preserve"> handler det ikke kun om aktiviteter – det handler om</w:t>
      </w:r>
      <w:r w:rsidR="00597407">
        <w:rPr>
          <w:lang w:val="da-DK"/>
        </w:rPr>
        <w:t xml:space="preserve"> i fællesskab</w:t>
      </w:r>
      <w:r w:rsidRPr="006B450D">
        <w:rPr>
          <w:lang w:val="da-DK"/>
        </w:rPr>
        <w:t xml:space="preserve"> at skabe et rum, hvor der er tid til smil, samtaler og samvær. Du er med til at bringe liv og varme ind i huset, hvad enten det er gennem en gåtur i naturen, en hyggestund med spil og snak, eller ved at være med til at arrangere musikalske oplevelser, banko, </w:t>
      </w:r>
      <w:r w:rsidR="00CB0494">
        <w:rPr>
          <w:lang w:val="da-DK"/>
        </w:rPr>
        <w:t>spil</w:t>
      </w:r>
      <w:r w:rsidRPr="006B450D">
        <w:rPr>
          <w:lang w:val="da-DK"/>
        </w:rPr>
        <w:t xml:space="preserve"> eller kreative sysler som juledekorationer.</w:t>
      </w:r>
    </w:p>
    <w:p w14:paraId="257697BB" w14:textId="5A68CC15" w:rsidR="00C74677" w:rsidRPr="00FE171A" w:rsidRDefault="006B450D" w:rsidP="00E606E3">
      <w:pPr>
        <w:spacing w:line="360" w:lineRule="auto"/>
        <w:rPr>
          <w:lang w:val="da-DK"/>
        </w:rPr>
      </w:pPr>
      <w:r w:rsidRPr="006B450D">
        <w:rPr>
          <w:lang w:val="da-DK"/>
        </w:rPr>
        <w:t>Vi tror på, at det er i de små øjeblikke, at den største forskel mærkes – og som frivillig er du med til at gøre netop dét muligt.</w:t>
      </w:r>
    </w:p>
    <w:p w14:paraId="70565542" w14:textId="77777777" w:rsidR="009603FB" w:rsidRDefault="009603FB" w:rsidP="00E606E3">
      <w:pPr>
        <w:pStyle w:val="Overskrift2"/>
        <w:spacing w:line="360" w:lineRule="auto"/>
        <w:rPr>
          <w:lang w:val="da-DK"/>
        </w:rPr>
      </w:pPr>
    </w:p>
    <w:p w14:paraId="73C81313" w14:textId="1F3C88BC" w:rsidR="00B04943" w:rsidRPr="00FE171A" w:rsidRDefault="006B6D8D" w:rsidP="00E606E3">
      <w:pPr>
        <w:pStyle w:val="Overskrift2"/>
        <w:spacing w:line="360" w:lineRule="auto"/>
        <w:rPr>
          <w:lang w:val="da-DK"/>
        </w:rPr>
      </w:pPr>
      <w:r w:rsidRPr="00FE171A">
        <w:rPr>
          <w:lang w:val="da-DK"/>
        </w:rPr>
        <w:t>Om Ådalscenteret</w:t>
      </w:r>
      <w:r w:rsidR="00E606E3">
        <w:rPr>
          <w:lang w:val="da-DK"/>
        </w:rPr>
        <w:t xml:space="preserve"> </w:t>
      </w:r>
    </w:p>
    <w:p w14:paraId="555A345D" w14:textId="5D9D3B22" w:rsidR="00E606E3" w:rsidRDefault="00E606E3" w:rsidP="00E606E3">
      <w:pPr>
        <w:spacing w:line="360" w:lineRule="auto"/>
        <w:rPr>
          <w:lang w:val="da-DK"/>
        </w:rPr>
      </w:pPr>
      <w:r w:rsidRPr="00E606E3">
        <w:rPr>
          <w:lang w:val="da-DK"/>
        </w:rPr>
        <w:t>Ådalscenteret ligger på Kronhjorten 1</w:t>
      </w:r>
      <w:r w:rsidR="009603FB">
        <w:rPr>
          <w:lang w:val="da-DK"/>
        </w:rPr>
        <w:t>-3</w:t>
      </w:r>
      <w:r w:rsidRPr="00E606E3">
        <w:rPr>
          <w:lang w:val="da-DK"/>
        </w:rPr>
        <w:t>, 9530 Støvring.</w:t>
      </w:r>
      <w:r w:rsidRPr="00E606E3">
        <w:rPr>
          <w:lang w:val="da-DK"/>
        </w:rPr>
        <w:br/>
        <w:t>Her mødes vi i trygge og hyggelige rammer, hvor både beboere, personale og frivillige bidrager til et levende og omsorgsfuldt miljø. Mange af vores beboere lever med demens, og derfor har vi stort fokus på at skabe genkendelige, rolige og meningsfulde omgivelser, hvor der er plads til den enkelte.</w:t>
      </w:r>
    </w:p>
    <w:p w14:paraId="7EA56B24" w14:textId="77777777" w:rsidR="00C74677" w:rsidRDefault="00C74677" w:rsidP="00E606E3">
      <w:pPr>
        <w:spacing w:line="360" w:lineRule="auto"/>
        <w:rPr>
          <w:lang w:val="da-DK"/>
        </w:rPr>
      </w:pPr>
    </w:p>
    <w:p w14:paraId="7C176C83" w14:textId="77777777" w:rsidR="000914AA" w:rsidRDefault="000914AA" w:rsidP="00E606E3">
      <w:pPr>
        <w:spacing w:line="360" w:lineRule="auto"/>
        <w:rPr>
          <w:lang w:val="da-DK"/>
        </w:rPr>
      </w:pPr>
    </w:p>
    <w:p w14:paraId="15B0975A" w14:textId="77777777" w:rsidR="00B04943" w:rsidRPr="00FE171A" w:rsidRDefault="006B6D8D" w:rsidP="00E606E3">
      <w:pPr>
        <w:pStyle w:val="Overskrift2"/>
        <w:spacing w:line="360" w:lineRule="auto"/>
        <w:rPr>
          <w:lang w:val="da-DK"/>
        </w:rPr>
      </w:pPr>
      <w:r w:rsidRPr="00FE171A">
        <w:rPr>
          <w:lang w:val="da-DK"/>
        </w:rPr>
        <w:lastRenderedPageBreak/>
        <w:t>Aktiviteter</w:t>
      </w:r>
    </w:p>
    <w:p w14:paraId="2730E2AC" w14:textId="29AAC9CA" w:rsidR="00F748FB" w:rsidRPr="00E606E3" w:rsidRDefault="00E606E3" w:rsidP="00E606E3">
      <w:pPr>
        <w:spacing w:line="360" w:lineRule="auto"/>
        <w:rPr>
          <w:lang w:val="da-DK"/>
        </w:rPr>
      </w:pPr>
      <w:r w:rsidRPr="00E606E3">
        <w:rPr>
          <w:lang w:val="da-DK"/>
        </w:rPr>
        <w:t>Som frivillig er du med til at understøtte den daglige trivsel ved at bidrage med nærvær, tålmodighed og små stunder af glæde. Det kan være gennem samtaler, fælles aktiviteter eller blot ved at være til stede og skabe ro og tryghed. Vi tror på, at det er i det nære og det enkle, at vi bedst møder vores beboeres behov og skaber en hverdag med livskvalitet.</w:t>
      </w:r>
    </w:p>
    <w:p w14:paraId="66EC87C0" w14:textId="04ED51F4" w:rsidR="00B04943" w:rsidRPr="00FE171A" w:rsidRDefault="006B6D8D" w:rsidP="00E606E3">
      <w:pPr>
        <w:pStyle w:val="Overskrift2"/>
        <w:spacing w:line="360" w:lineRule="auto"/>
        <w:rPr>
          <w:lang w:val="da-DK"/>
        </w:rPr>
      </w:pPr>
      <w:r w:rsidRPr="00FE171A">
        <w:rPr>
          <w:lang w:val="da-DK"/>
        </w:rPr>
        <w:t>Din rolle som frivillig</w:t>
      </w:r>
      <w:r w:rsidR="00E606E3">
        <w:rPr>
          <w:lang w:val="da-DK"/>
        </w:rPr>
        <w:t xml:space="preserve"> </w:t>
      </w:r>
    </w:p>
    <w:p w14:paraId="1B20B3A8" w14:textId="55C8CD8E" w:rsidR="00B04943" w:rsidRDefault="006B6D8D" w:rsidP="00E606E3">
      <w:pPr>
        <w:spacing w:line="360" w:lineRule="auto"/>
        <w:rPr>
          <w:lang w:val="da-DK"/>
        </w:rPr>
      </w:pPr>
      <w:r w:rsidRPr="00FE171A">
        <w:rPr>
          <w:lang w:val="da-DK"/>
        </w:rPr>
        <w:t xml:space="preserve">Du bestemmer selv, hvor meget tid </w:t>
      </w:r>
      <w:r w:rsidR="00CB0494">
        <w:rPr>
          <w:lang w:val="da-DK"/>
        </w:rPr>
        <w:t xml:space="preserve">og til hvilke aktiviteter </w:t>
      </w:r>
      <w:r w:rsidRPr="00FE171A">
        <w:rPr>
          <w:lang w:val="da-DK"/>
        </w:rPr>
        <w:t>du vil bruge som frivillig. Vi værdsætter enhver indsats – stor som lille. Vi arbejder sammen og støtter hinanden, og du bliver en del af et fællesskab, hvor vi alle bidrager med det, vi kan.</w:t>
      </w:r>
    </w:p>
    <w:p w14:paraId="180C08F3" w14:textId="77777777" w:rsidR="000914AA" w:rsidRDefault="000914AA" w:rsidP="000914AA">
      <w:pPr>
        <w:pStyle w:val="Overskrift2"/>
        <w:spacing w:line="360" w:lineRule="auto"/>
        <w:rPr>
          <w:lang w:val="da-DK"/>
        </w:rPr>
      </w:pPr>
      <w:r>
        <w:rPr>
          <w:lang w:val="da-DK"/>
        </w:rPr>
        <w:t xml:space="preserve">Ådalens </w:t>
      </w:r>
      <w:proofErr w:type="spellStart"/>
      <w:r>
        <w:rPr>
          <w:lang w:val="da-DK"/>
        </w:rPr>
        <w:t>Venneforening</w:t>
      </w:r>
      <w:proofErr w:type="spellEnd"/>
    </w:p>
    <w:p w14:paraId="2B093743" w14:textId="517B6400" w:rsidR="00F748FB" w:rsidRDefault="000914AA" w:rsidP="00E606E3">
      <w:pPr>
        <w:spacing w:line="360" w:lineRule="auto"/>
        <w:rPr>
          <w:lang w:val="da-DK"/>
        </w:rPr>
      </w:pPr>
      <w:r>
        <w:rPr>
          <w:lang w:val="da-DK"/>
        </w:rPr>
        <w:t xml:space="preserve">Det er foreningens bestyrelse, der står for at modtage nye frivillige, samt planlægning af aktiviteter i samarbejde med medarbejdere på Ådalscenteret. </w:t>
      </w:r>
    </w:p>
    <w:p w14:paraId="0D4BBCFC" w14:textId="77777777" w:rsidR="00E606E3" w:rsidRPr="00E606E3" w:rsidRDefault="00E606E3" w:rsidP="00E606E3">
      <w:pPr>
        <w:pStyle w:val="Overskrift2"/>
        <w:spacing w:line="360" w:lineRule="auto"/>
        <w:rPr>
          <w:lang w:val="da-DK"/>
        </w:rPr>
      </w:pPr>
      <w:r w:rsidRPr="00E606E3">
        <w:rPr>
          <w:lang w:val="da-DK"/>
        </w:rPr>
        <w:t>Huskeregler</w:t>
      </w:r>
    </w:p>
    <w:p w14:paraId="2D9DBA7B" w14:textId="77777777" w:rsidR="00E606E3" w:rsidRPr="00E606E3" w:rsidRDefault="00E606E3" w:rsidP="00E606E3">
      <w:pPr>
        <w:spacing w:line="360" w:lineRule="auto"/>
        <w:rPr>
          <w:lang w:val="da-DK"/>
        </w:rPr>
      </w:pPr>
      <w:r w:rsidRPr="00E606E3">
        <w:rPr>
          <w:lang w:val="da-DK"/>
        </w:rPr>
        <w:t>For at skabe en tryg og rar hverdag for både beboere, frivillige og personale, har vi nogle enkle retningslinjer:</w:t>
      </w:r>
    </w:p>
    <w:p w14:paraId="1707DD99" w14:textId="77777777" w:rsidR="00E606E3" w:rsidRPr="00E606E3" w:rsidRDefault="00E606E3" w:rsidP="00E606E3">
      <w:pPr>
        <w:numPr>
          <w:ilvl w:val="0"/>
          <w:numId w:val="10"/>
        </w:numPr>
        <w:spacing w:line="360" w:lineRule="auto"/>
        <w:rPr>
          <w:lang w:val="da-DK"/>
        </w:rPr>
      </w:pPr>
      <w:r w:rsidRPr="00E606E3">
        <w:rPr>
          <w:b/>
          <w:bCs/>
          <w:lang w:val="da-DK"/>
        </w:rPr>
        <w:t>Fortrolighed</w:t>
      </w:r>
      <w:r w:rsidRPr="00E606E3">
        <w:rPr>
          <w:lang w:val="da-DK"/>
        </w:rPr>
        <w:t>: Det, du ser og hører på Ådalscenteret, er fortroligt.</w:t>
      </w:r>
    </w:p>
    <w:p w14:paraId="23CCF30D" w14:textId="77777777" w:rsidR="00E606E3" w:rsidRPr="00E606E3" w:rsidRDefault="00E606E3" w:rsidP="00E606E3">
      <w:pPr>
        <w:numPr>
          <w:ilvl w:val="0"/>
          <w:numId w:val="10"/>
        </w:numPr>
        <w:spacing w:line="360" w:lineRule="auto"/>
        <w:rPr>
          <w:lang w:val="da-DK"/>
        </w:rPr>
      </w:pPr>
      <w:r w:rsidRPr="00E606E3">
        <w:rPr>
          <w:b/>
          <w:bCs/>
          <w:lang w:val="da-DK"/>
        </w:rPr>
        <w:t>Respekt</w:t>
      </w:r>
      <w:r w:rsidRPr="00E606E3">
        <w:rPr>
          <w:lang w:val="da-DK"/>
        </w:rPr>
        <w:t>: Beboerne – mange med demens – bestemmer selv over deres liv. Vi støtter og lytter uden at presse.</w:t>
      </w:r>
    </w:p>
    <w:p w14:paraId="0895039B" w14:textId="69ED4972" w:rsidR="00E606E3" w:rsidRPr="00E606E3" w:rsidRDefault="00E606E3" w:rsidP="00E606E3">
      <w:pPr>
        <w:numPr>
          <w:ilvl w:val="0"/>
          <w:numId w:val="10"/>
        </w:numPr>
        <w:spacing w:line="360" w:lineRule="auto"/>
        <w:rPr>
          <w:lang w:val="da-DK"/>
        </w:rPr>
      </w:pPr>
      <w:r w:rsidRPr="00E606E3">
        <w:rPr>
          <w:b/>
          <w:bCs/>
          <w:lang w:val="da-DK"/>
        </w:rPr>
        <w:t>Grænser</w:t>
      </w:r>
      <w:r w:rsidRPr="00E606E3">
        <w:rPr>
          <w:lang w:val="da-DK"/>
        </w:rPr>
        <w:t>: Frivillige håndterer ikke penge, medicin eller plejeopgaver.</w:t>
      </w:r>
    </w:p>
    <w:p w14:paraId="57B80888" w14:textId="77777777" w:rsidR="00E606E3" w:rsidRDefault="00E606E3" w:rsidP="00E606E3">
      <w:pPr>
        <w:numPr>
          <w:ilvl w:val="0"/>
          <w:numId w:val="10"/>
        </w:numPr>
        <w:spacing w:line="360" w:lineRule="auto"/>
        <w:rPr>
          <w:lang w:val="da-DK"/>
        </w:rPr>
      </w:pPr>
      <w:r w:rsidRPr="00E606E3">
        <w:rPr>
          <w:b/>
          <w:bCs/>
          <w:lang w:val="da-DK"/>
        </w:rPr>
        <w:t>Sikkerhed</w:t>
      </w:r>
      <w:r w:rsidRPr="00E606E3">
        <w:rPr>
          <w:lang w:val="da-DK"/>
        </w:rPr>
        <w:t>: Ved behov for hjælp – kontakt altid personalet.</w:t>
      </w:r>
    </w:p>
    <w:p w14:paraId="255F6B08" w14:textId="77777777" w:rsidR="002A465F" w:rsidRPr="00E606E3" w:rsidRDefault="002A465F" w:rsidP="002A465F">
      <w:pPr>
        <w:pStyle w:val="Overskrift2"/>
        <w:spacing w:line="360" w:lineRule="auto"/>
        <w:rPr>
          <w:lang w:val="da-DK"/>
        </w:rPr>
      </w:pPr>
      <w:r w:rsidRPr="00E606E3">
        <w:rPr>
          <w:lang w:val="da-DK"/>
        </w:rPr>
        <w:t>Forventninger til dig som frivillig</w:t>
      </w:r>
    </w:p>
    <w:p w14:paraId="5899E527" w14:textId="77777777" w:rsidR="002A465F" w:rsidRPr="00E606E3" w:rsidRDefault="002A465F" w:rsidP="002A465F">
      <w:pPr>
        <w:spacing w:line="360" w:lineRule="auto"/>
        <w:rPr>
          <w:lang w:val="da-DK"/>
        </w:rPr>
      </w:pPr>
      <w:r w:rsidRPr="00E606E3">
        <w:rPr>
          <w:lang w:val="da-DK"/>
        </w:rPr>
        <w:t>Som frivillig bidrager du med nærvær, ro og hyggelige stunder. Vi håber, at du:</w:t>
      </w:r>
    </w:p>
    <w:p w14:paraId="22F8DB71" w14:textId="77777777" w:rsidR="002A465F" w:rsidRPr="00E606E3" w:rsidRDefault="002A465F" w:rsidP="002A465F">
      <w:pPr>
        <w:numPr>
          <w:ilvl w:val="0"/>
          <w:numId w:val="11"/>
        </w:numPr>
        <w:spacing w:line="360" w:lineRule="auto"/>
        <w:rPr>
          <w:lang w:val="da-DK"/>
        </w:rPr>
      </w:pPr>
      <w:r w:rsidRPr="00E606E3">
        <w:rPr>
          <w:lang w:val="da-DK"/>
        </w:rPr>
        <w:t>Møder beboerne med venlighed og tålmodighed</w:t>
      </w:r>
    </w:p>
    <w:p w14:paraId="40074276" w14:textId="77777777" w:rsidR="002A465F" w:rsidRPr="00E606E3" w:rsidRDefault="002A465F" w:rsidP="002A465F">
      <w:pPr>
        <w:numPr>
          <w:ilvl w:val="0"/>
          <w:numId w:val="11"/>
        </w:numPr>
        <w:spacing w:line="360" w:lineRule="auto"/>
        <w:rPr>
          <w:lang w:val="da-DK"/>
        </w:rPr>
      </w:pPr>
      <w:r w:rsidRPr="00E606E3">
        <w:rPr>
          <w:lang w:val="da-DK"/>
        </w:rPr>
        <w:t>Overholder aftaler og melder afbud ved forhindring</w:t>
      </w:r>
    </w:p>
    <w:p w14:paraId="718D7C7C" w14:textId="77777777" w:rsidR="002A465F" w:rsidRPr="00E606E3" w:rsidRDefault="002A465F" w:rsidP="002A465F">
      <w:pPr>
        <w:numPr>
          <w:ilvl w:val="0"/>
          <w:numId w:val="11"/>
        </w:numPr>
        <w:spacing w:line="360" w:lineRule="auto"/>
        <w:rPr>
          <w:lang w:val="da-DK"/>
        </w:rPr>
      </w:pPr>
      <w:r w:rsidRPr="00E606E3">
        <w:rPr>
          <w:lang w:val="da-DK"/>
        </w:rPr>
        <w:t>Henviser spørgsmål fra pårørende til personalet</w:t>
      </w:r>
    </w:p>
    <w:p w14:paraId="5BED9629" w14:textId="77777777" w:rsidR="002A465F" w:rsidRPr="00E606E3" w:rsidRDefault="002A465F" w:rsidP="002A465F">
      <w:pPr>
        <w:numPr>
          <w:ilvl w:val="0"/>
          <w:numId w:val="11"/>
        </w:numPr>
        <w:spacing w:line="360" w:lineRule="auto"/>
        <w:rPr>
          <w:lang w:val="da-DK"/>
        </w:rPr>
      </w:pPr>
      <w:r w:rsidRPr="00E606E3">
        <w:rPr>
          <w:lang w:val="da-DK"/>
        </w:rPr>
        <w:t>Respekterer beboernes hjem og privatliv</w:t>
      </w:r>
    </w:p>
    <w:p w14:paraId="44A67923" w14:textId="77777777" w:rsidR="002A465F" w:rsidRPr="00E606E3" w:rsidRDefault="002A465F" w:rsidP="002A465F">
      <w:pPr>
        <w:numPr>
          <w:ilvl w:val="0"/>
          <w:numId w:val="11"/>
        </w:numPr>
        <w:spacing w:line="360" w:lineRule="auto"/>
        <w:rPr>
          <w:lang w:val="da-DK"/>
        </w:rPr>
      </w:pPr>
      <w:r w:rsidRPr="00E606E3">
        <w:rPr>
          <w:lang w:val="da-DK"/>
        </w:rPr>
        <w:t>Koordinerer aktiviteter kort med personalet</w:t>
      </w:r>
    </w:p>
    <w:p w14:paraId="4182102D" w14:textId="77777777" w:rsidR="002A465F" w:rsidRPr="00E606E3" w:rsidRDefault="002A465F" w:rsidP="002A465F">
      <w:pPr>
        <w:numPr>
          <w:ilvl w:val="0"/>
          <w:numId w:val="11"/>
        </w:numPr>
        <w:spacing w:line="360" w:lineRule="auto"/>
        <w:rPr>
          <w:lang w:val="da-DK"/>
        </w:rPr>
      </w:pPr>
      <w:r w:rsidRPr="00E606E3">
        <w:rPr>
          <w:lang w:val="da-DK"/>
        </w:rPr>
        <w:t>Husker, at personalet først og fremmest er der for beboerne</w:t>
      </w:r>
    </w:p>
    <w:p w14:paraId="35B36DBB" w14:textId="77777777" w:rsidR="002A465F" w:rsidRPr="00FE171A" w:rsidRDefault="002A465F" w:rsidP="002A465F">
      <w:pPr>
        <w:spacing w:line="360" w:lineRule="auto"/>
        <w:rPr>
          <w:lang w:val="da-DK"/>
        </w:rPr>
      </w:pPr>
      <w:r w:rsidRPr="00E606E3">
        <w:rPr>
          <w:lang w:val="da-DK"/>
        </w:rPr>
        <w:t>Din indsats gør en forskel – og du er altid velkommen til at spørge, hvis du er i tvivl.</w:t>
      </w:r>
    </w:p>
    <w:p w14:paraId="3F85818A" w14:textId="77777777" w:rsidR="002A465F" w:rsidRPr="00FE171A" w:rsidRDefault="002A465F" w:rsidP="002A465F">
      <w:pPr>
        <w:pStyle w:val="Overskrift2"/>
        <w:spacing w:line="360" w:lineRule="auto"/>
        <w:rPr>
          <w:lang w:val="da-DK"/>
        </w:rPr>
      </w:pPr>
      <w:r w:rsidRPr="00FE171A">
        <w:rPr>
          <w:lang w:val="da-DK"/>
        </w:rPr>
        <w:t>Kontakt</w:t>
      </w:r>
    </w:p>
    <w:p w14:paraId="7FC76678" w14:textId="77777777" w:rsidR="002A465F" w:rsidRDefault="002A465F" w:rsidP="002A465F">
      <w:pPr>
        <w:spacing w:line="360" w:lineRule="auto"/>
        <w:rPr>
          <w:lang w:val="da-DK"/>
        </w:rPr>
      </w:pPr>
      <w:r w:rsidRPr="00FE171A">
        <w:rPr>
          <w:lang w:val="da-DK"/>
        </w:rPr>
        <w:t>Hvis du har spørgsmål eller ønsker at høre mere, er du meget velkommen til at kontakte:</w:t>
      </w:r>
    </w:p>
    <w:p w14:paraId="1FB2F38B" w14:textId="77777777" w:rsidR="002A465F" w:rsidRDefault="002A465F" w:rsidP="002A465F">
      <w:pPr>
        <w:spacing w:line="360" w:lineRule="auto"/>
        <w:rPr>
          <w:lang w:val="da-DK"/>
        </w:rPr>
      </w:pPr>
      <w:r>
        <w:rPr>
          <w:lang w:val="da-DK"/>
        </w:rPr>
        <w:t xml:space="preserve">Aase Dam (Medlem i Ådalens </w:t>
      </w:r>
      <w:proofErr w:type="spellStart"/>
      <w:r>
        <w:rPr>
          <w:lang w:val="da-DK"/>
        </w:rPr>
        <w:t>Venneforening</w:t>
      </w:r>
      <w:proofErr w:type="spellEnd"/>
      <w:r>
        <w:rPr>
          <w:lang w:val="da-DK"/>
        </w:rPr>
        <w:t>)</w:t>
      </w:r>
      <w:r w:rsidRPr="00FE171A">
        <w:rPr>
          <w:lang w:val="da-DK"/>
        </w:rPr>
        <w:br/>
        <w:t xml:space="preserve">Telefon: </w:t>
      </w:r>
      <w:r>
        <w:rPr>
          <w:lang w:val="da-DK"/>
        </w:rPr>
        <w:t>22978526</w:t>
      </w:r>
      <w:r w:rsidRPr="00FE171A">
        <w:rPr>
          <w:lang w:val="da-DK"/>
        </w:rPr>
        <w:br/>
        <w:t xml:space="preserve">E-mail: </w:t>
      </w:r>
      <w:r>
        <w:rPr>
          <w:lang w:val="da-DK"/>
        </w:rPr>
        <w:t>jensaasedam</w:t>
      </w:r>
      <w:r w:rsidRPr="00FE171A">
        <w:rPr>
          <w:lang w:val="da-DK"/>
        </w:rPr>
        <w:t>@</w:t>
      </w:r>
      <w:r>
        <w:rPr>
          <w:lang w:val="da-DK"/>
        </w:rPr>
        <w:t>gmail.com</w:t>
      </w:r>
    </w:p>
    <w:p w14:paraId="09DE0480" w14:textId="4F277E25" w:rsidR="002A465F" w:rsidRPr="00E606E3" w:rsidRDefault="002A465F" w:rsidP="002A465F">
      <w:pPr>
        <w:spacing w:line="360" w:lineRule="auto"/>
        <w:rPr>
          <w:lang w:val="da-DK"/>
        </w:rPr>
      </w:pPr>
      <w:r>
        <w:rPr>
          <w:noProof/>
        </w:rPr>
        <w:drawing>
          <wp:anchor distT="0" distB="0" distL="114300" distR="114300" simplePos="0" relativeHeight="251659264" behindDoc="0" locked="0" layoutInCell="1" allowOverlap="1" wp14:anchorId="432BC043" wp14:editId="40595C76">
            <wp:simplePos x="0" y="0"/>
            <wp:positionH relativeFrom="page">
              <wp:posOffset>8476615</wp:posOffset>
            </wp:positionH>
            <wp:positionV relativeFrom="margin">
              <wp:align>bottom</wp:align>
            </wp:positionV>
            <wp:extent cx="1619250" cy="571500"/>
            <wp:effectExtent l="0" t="0" r="0" b="0"/>
            <wp:wrapNone/>
            <wp:docPr id="24" name="Billede 2" descr="Et billede, der indeholder Grafik, logo, desig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 descr="Et billede, der indeholder Grafik, logo, design&#10;&#10;AI-genereret indhold kan være ukorrek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da-DK"/>
        </w:rPr>
        <w:t>Eller</w:t>
      </w:r>
      <w:r w:rsidRPr="00FE171A">
        <w:rPr>
          <w:lang w:val="da-DK"/>
        </w:rPr>
        <w:br/>
        <w:t>Mia Kristine Adamsen</w:t>
      </w:r>
      <w:r>
        <w:rPr>
          <w:lang w:val="da-DK"/>
        </w:rPr>
        <w:t xml:space="preserve"> (Ældrecenterleder)</w:t>
      </w:r>
      <w:r w:rsidRPr="00FE171A">
        <w:rPr>
          <w:lang w:val="da-DK"/>
        </w:rPr>
        <w:br/>
        <w:t>Telefon: 50848177</w:t>
      </w:r>
      <w:r w:rsidRPr="00FE171A">
        <w:rPr>
          <w:lang w:val="da-DK"/>
        </w:rPr>
        <w:br/>
        <w:t>E-mail: imkad@rebild.dk</w:t>
      </w:r>
    </w:p>
    <w:sectPr w:rsidR="002A465F" w:rsidRPr="00E606E3" w:rsidSect="00C67623">
      <w:pgSz w:w="16838" w:h="11906" w:orient="landscape" w:code="9"/>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9" w15:restartNumberingAfterBreak="0">
    <w:nsid w:val="066509FC"/>
    <w:multiLevelType w:val="multilevel"/>
    <w:tmpl w:val="9322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16612"/>
    <w:multiLevelType w:val="multilevel"/>
    <w:tmpl w:val="10D6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023163">
    <w:abstractNumId w:val="8"/>
  </w:num>
  <w:num w:numId="2" w16cid:durableId="1127704243">
    <w:abstractNumId w:val="6"/>
  </w:num>
  <w:num w:numId="3" w16cid:durableId="1161845631">
    <w:abstractNumId w:val="5"/>
  </w:num>
  <w:num w:numId="4" w16cid:durableId="489299292">
    <w:abstractNumId w:val="4"/>
  </w:num>
  <w:num w:numId="5" w16cid:durableId="517278560">
    <w:abstractNumId w:val="7"/>
  </w:num>
  <w:num w:numId="6" w16cid:durableId="2092778173">
    <w:abstractNumId w:val="3"/>
  </w:num>
  <w:num w:numId="7" w16cid:durableId="1623146021">
    <w:abstractNumId w:val="2"/>
  </w:num>
  <w:num w:numId="8" w16cid:durableId="329527478">
    <w:abstractNumId w:val="1"/>
  </w:num>
  <w:num w:numId="9" w16cid:durableId="1795441091">
    <w:abstractNumId w:val="0"/>
  </w:num>
  <w:num w:numId="10" w16cid:durableId="1385829707">
    <w:abstractNumId w:val="10"/>
  </w:num>
  <w:num w:numId="11" w16cid:durableId="517623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14AA"/>
    <w:rsid w:val="0015074B"/>
    <w:rsid w:val="0029639D"/>
    <w:rsid w:val="002A465F"/>
    <w:rsid w:val="00326F90"/>
    <w:rsid w:val="00361CD3"/>
    <w:rsid w:val="003C2804"/>
    <w:rsid w:val="00497A81"/>
    <w:rsid w:val="0056335A"/>
    <w:rsid w:val="00582A1A"/>
    <w:rsid w:val="00597407"/>
    <w:rsid w:val="00651C5E"/>
    <w:rsid w:val="006B450D"/>
    <w:rsid w:val="009603FB"/>
    <w:rsid w:val="009C2CF6"/>
    <w:rsid w:val="00AA1D8D"/>
    <w:rsid w:val="00AF70CA"/>
    <w:rsid w:val="00B04943"/>
    <w:rsid w:val="00B47730"/>
    <w:rsid w:val="00C67623"/>
    <w:rsid w:val="00C74677"/>
    <w:rsid w:val="00CB0494"/>
    <w:rsid w:val="00CB0664"/>
    <w:rsid w:val="00CD7993"/>
    <w:rsid w:val="00D21D3C"/>
    <w:rsid w:val="00D416D0"/>
    <w:rsid w:val="00E606E3"/>
    <w:rsid w:val="00ED1577"/>
    <w:rsid w:val="00F40F0C"/>
    <w:rsid w:val="00F748FB"/>
    <w:rsid w:val="00FC693F"/>
    <w:rsid w:val="00FE1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33AD"/>
  <w14:defaultImageDpi w14:val="300"/>
  <w15:docId w15:val="{FC9F979C-E24F-4133-9D85-EFAA3F1E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link w:val="IngenafstandTegn"/>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genafstandTegn">
    <w:name w:val="Ingen afstand Tegn"/>
    <w:link w:val="Ingenafstand"/>
    <w:uiPriority w:val="1"/>
    <w:rsid w:val="006B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78562">
      <w:bodyDiv w:val="1"/>
      <w:marLeft w:val="0"/>
      <w:marRight w:val="0"/>
      <w:marTop w:val="0"/>
      <w:marBottom w:val="0"/>
      <w:divBdr>
        <w:top w:val="none" w:sz="0" w:space="0" w:color="auto"/>
        <w:left w:val="none" w:sz="0" w:space="0" w:color="auto"/>
        <w:bottom w:val="none" w:sz="0" w:space="0" w:color="auto"/>
        <w:right w:val="none" w:sz="0" w:space="0" w:color="auto"/>
      </w:divBdr>
    </w:div>
    <w:div w:id="332072844">
      <w:bodyDiv w:val="1"/>
      <w:marLeft w:val="0"/>
      <w:marRight w:val="0"/>
      <w:marTop w:val="0"/>
      <w:marBottom w:val="0"/>
      <w:divBdr>
        <w:top w:val="none" w:sz="0" w:space="0" w:color="auto"/>
        <w:left w:val="none" w:sz="0" w:space="0" w:color="auto"/>
        <w:bottom w:val="none" w:sz="0" w:space="0" w:color="auto"/>
        <w:right w:val="none" w:sz="0" w:space="0" w:color="auto"/>
      </w:divBdr>
    </w:div>
    <w:div w:id="491531930">
      <w:bodyDiv w:val="1"/>
      <w:marLeft w:val="0"/>
      <w:marRight w:val="0"/>
      <w:marTop w:val="0"/>
      <w:marBottom w:val="0"/>
      <w:divBdr>
        <w:top w:val="none" w:sz="0" w:space="0" w:color="auto"/>
        <w:left w:val="none" w:sz="0" w:space="0" w:color="auto"/>
        <w:bottom w:val="none" w:sz="0" w:space="0" w:color="auto"/>
        <w:right w:val="none" w:sz="0" w:space="0" w:color="auto"/>
      </w:divBdr>
    </w:div>
    <w:div w:id="623926602">
      <w:bodyDiv w:val="1"/>
      <w:marLeft w:val="0"/>
      <w:marRight w:val="0"/>
      <w:marTop w:val="0"/>
      <w:marBottom w:val="0"/>
      <w:divBdr>
        <w:top w:val="none" w:sz="0" w:space="0" w:color="auto"/>
        <w:left w:val="none" w:sz="0" w:space="0" w:color="auto"/>
        <w:bottom w:val="none" w:sz="0" w:space="0" w:color="auto"/>
        <w:right w:val="none" w:sz="0" w:space="0" w:color="auto"/>
      </w:divBdr>
    </w:div>
    <w:div w:id="845023002">
      <w:bodyDiv w:val="1"/>
      <w:marLeft w:val="0"/>
      <w:marRight w:val="0"/>
      <w:marTop w:val="0"/>
      <w:marBottom w:val="0"/>
      <w:divBdr>
        <w:top w:val="none" w:sz="0" w:space="0" w:color="auto"/>
        <w:left w:val="none" w:sz="0" w:space="0" w:color="auto"/>
        <w:bottom w:val="none" w:sz="0" w:space="0" w:color="auto"/>
        <w:right w:val="none" w:sz="0" w:space="0" w:color="auto"/>
      </w:divBdr>
    </w:div>
    <w:div w:id="1150637571">
      <w:bodyDiv w:val="1"/>
      <w:marLeft w:val="0"/>
      <w:marRight w:val="0"/>
      <w:marTop w:val="0"/>
      <w:marBottom w:val="0"/>
      <w:divBdr>
        <w:top w:val="none" w:sz="0" w:space="0" w:color="auto"/>
        <w:left w:val="none" w:sz="0" w:space="0" w:color="auto"/>
        <w:bottom w:val="none" w:sz="0" w:space="0" w:color="auto"/>
        <w:right w:val="none" w:sz="0" w:space="0" w:color="auto"/>
      </w:divBdr>
    </w:div>
    <w:div w:id="1284731552">
      <w:bodyDiv w:val="1"/>
      <w:marLeft w:val="0"/>
      <w:marRight w:val="0"/>
      <w:marTop w:val="0"/>
      <w:marBottom w:val="0"/>
      <w:divBdr>
        <w:top w:val="none" w:sz="0" w:space="0" w:color="auto"/>
        <w:left w:val="none" w:sz="0" w:space="0" w:color="auto"/>
        <w:bottom w:val="none" w:sz="0" w:space="0" w:color="auto"/>
        <w:right w:val="none" w:sz="0" w:space="0" w:color="auto"/>
      </w:divBdr>
    </w:div>
    <w:div w:id="1378966146">
      <w:bodyDiv w:val="1"/>
      <w:marLeft w:val="0"/>
      <w:marRight w:val="0"/>
      <w:marTop w:val="0"/>
      <w:marBottom w:val="0"/>
      <w:divBdr>
        <w:top w:val="none" w:sz="0" w:space="0" w:color="auto"/>
        <w:left w:val="none" w:sz="0" w:space="0" w:color="auto"/>
        <w:bottom w:val="none" w:sz="0" w:space="0" w:color="auto"/>
        <w:right w:val="none" w:sz="0" w:space="0" w:color="auto"/>
      </w:divBdr>
    </w:div>
    <w:div w:id="1912039107">
      <w:bodyDiv w:val="1"/>
      <w:marLeft w:val="0"/>
      <w:marRight w:val="0"/>
      <w:marTop w:val="0"/>
      <w:marBottom w:val="0"/>
      <w:divBdr>
        <w:top w:val="none" w:sz="0" w:space="0" w:color="auto"/>
        <w:left w:val="none" w:sz="0" w:space="0" w:color="auto"/>
        <w:bottom w:val="none" w:sz="0" w:space="0" w:color="auto"/>
        <w:right w:val="none" w:sz="0" w:space="0" w:color="auto"/>
      </w:divBdr>
    </w:div>
    <w:div w:id="19437605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2751775AF049D984B79603EF3EC894"/>
        <w:category>
          <w:name w:val="Generelt"/>
          <w:gallery w:val="placeholder"/>
        </w:category>
        <w:types>
          <w:type w:val="bbPlcHdr"/>
        </w:types>
        <w:behaviors>
          <w:behavior w:val="content"/>
        </w:behaviors>
        <w:guid w:val="{0A8D2BB4-AB7F-4B20-8D17-2A9D6EF72FB7}"/>
      </w:docPartPr>
      <w:docPartBody>
        <w:p w:rsidR="00401C49" w:rsidRDefault="0010753D" w:rsidP="0010753D">
          <w:pPr>
            <w:pStyle w:val="4B2751775AF049D984B79603EF3EC894"/>
          </w:pPr>
          <w:r>
            <w:rPr>
              <w:rFonts w:asciiTheme="majorHAnsi" w:eastAsiaTheme="majorEastAsia" w:hAnsiTheme="majorHAnsi" w:cstheme="majorBidi"/>
              <w:caps/>
              <w:color w:val="156082" w:themeColor="accent1"/>
              <w:sz w:val="80"/>
              <w:szCs w:val="80"/>
            </w:rPr>
            <w:t>[Dokumenttitel]</w:t>
          </w:r>
        </w:p>
      </w:docPartBody>
    </w:docPart>
    <w:docPart>
      <w:docPartPr>
        <w:name w:val="D9C0463446974B35858A36B1D3BF71C5"/>
        <w:category>
          <w:name w:val="Generelt"/>
          <w:gallery w:val="placeholder"/>
        </w:category>
        <w:types>
          <w:type w:val="bbPlcHdr"/>
        </w:types>
        <w:behaviors>
          <w:behavior w:val="content"/>
        </w:behaviors>
        <w:guid w:val="{D4F0F5AC-F7D4-4EE7-A0F1-63C7A3B1DD49}"/>
      </w:docPartPr>
      <w:docPartBody>
        <w:p w:rsidR="00401C49" w:rsidRDefault="0010753D" w:rsidP="0010753D">
          <w:pPr>
            <w:pStyle w:val="D9C0463446974B35858A36B1D3BF71C5"/>
          </w:pPr>
          <w:r>
            <w:rPr>
              <w:color w:val="156082" w:themeColor="accent1"/>
              <w:sz w:val="28"/>
              <w:szCs w:val="28"/>
            </w:rPr>
            <w:t>[Dokumentets 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B3"/>
    <w:rsid w:val="0010753D"/>
    <w:rsid w:val="00361CD3"/>
    <w:rsid w:val="00401C49"/>
    <w:rsid w:val="00497A81"/>
    <w:rsid w:val="004E71E7"/>
    <w:rsid w:val="00582A1A"/>
    <w:rsid w:val="005C6B7E"/>
    <w:rsid w:val="00780CB2"/>
    <w:rsid w:val="00860DB3"/>
    <w:rsid w:val="00AF70CA"/>
    <w:rsid w:val="00C546E7"/>
    <w:rsid w:val="00D21D3C"/>
    <w:rsid w:val="00D46648"/>
    <w:rsid w:val="00DE40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4B2751775AF049D984B79603EF3EC894">
    <w:name w:val="4B2751775AF049D984B79603EF3EC894"/>
    <w:rsid w:val="0010753D"/>
  </w:style>
  <w:style w:type="paragraph" w:customStyle="1" w:styleId="D9C0463446974B35858A36B1D3BF71C5">
    <w:name w:val="D9C0463446974B35858A36B1D3BF71C5"/>
    <w:rsid w:val="00107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2675</Characters>
  <Application>Microsoft Office Word</Application>
  <DocSecurity>4</DocSecurity>
  <Lines>72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Frivilligguiden</vt:lpstr>
      <vt:lpstr/>
    </vt:vector>
  </TitlesOfParts>
  <Manager/>
  <Company/>
  <LinksUpToDate>false</LinksUpToDate>
  <CharactersWithSpaces>3145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Frivilligguiden</dc:title>
  <dc:subject>Ådalscentret, Rebild Kommune</dc:subject>
  <dc:creator>python-docx</dc:creator>
  <cp:keywords/>
  <dc:description>generated by python-docx</dc:description>
  <cp:lastModifiedBy>Ane Kjeldbjerg Hansen</cp:lastModifiedBy>
  <cp:revision>2</cp:revision>
  <cp:lastPrinted>2026-03-16T14:20:00Z</cp:lastPrinted>
  <dcterms:created xsi:type="dcterms:W3CDTF">2026-06-18T08:17:00Z</dcterms:created>
  <dcterms:modified xsi:type="dcterms:W3CDTF">2026-06-18T08:17:00Z</dcterms:modified>
  <cp:category/>
</cp:coreProperties>
</file>